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מושגים מנהיגות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הקשורים לפעילותו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מונחים מתחום המדיניות וההיסטוריה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בהקשר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העדפת טובת המדינה על פני אינטרס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יחסים רגילים כמו שגרירויות וסחר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לוחמי מחתרות שהוצאו להורג בידי הבריטים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הגבלת כוחות צבאיים באזור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מערכת מחנות עבודה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מי שאינם בקואליציה ומבקרים את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פרויקט לשיפור דיור ותשתיות בשכונות 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ההפוגה הראשונה הייתה הפסקת אש במלחמת העצמאות ביוני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נורמליזציה היא יחסים רגילים - שגרירויות, סחר ותיירות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שיקום שכונות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הסכמי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פירוז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(העדפת טובת המדינה על פני אינטרס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(יחסים רגילים - שגרירויות, סחר ותיירות)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(הגבלת כוחות צבאיים באזור)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(מערכת מחנות עבודה בברית המועצות)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(פרויקט לשיפור דיור בשכונות מצוקה)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 היא העדפת טובת המדינה כולה על פני אינטרסים צרים, מה שמחזק את האמון הציבורי ואת תפקוד המוסדות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פירוז עוסק בהגבלת כוחות צבאיים באזור, ואילו נורמליזציה עוסקת ביצירת יחסים אזרחיים רגילים כמו סחר ותיירות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את הקשר בין הערכים הפנימיים (ממלכתיות) לבין תהליכים חיצוניים (נורמליזציה) בדרך להשגת שלום 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העדפת טובת המדינה על פני אינטרס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יחסים רגילים בין מדינות - שגרירויות, סחר ותיירות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פירוז הוא הגבלת כוחות צבאיים; גולאג הוא מערכת מחנות עבודה בברית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להתחיל בהצגת המושגים מהגלוסרי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מושג לדוגמה היסטורית קצרה מתקופת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מושגים מנהיגות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מנחם בגין ועל התקופה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שאינם בקואליציה ומבקרים את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ממלכתיות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העדפת טובת המדינה על פני אינטרס של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נורמליזציה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יחסים רגילים בין מדינות - שגרירויות, סחר, תיירות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הגבלת כוחות צבאיים באזור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גולאג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מחנות עבודה בברית המועצות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הגרדום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 מחתרות שהוצאו להורג בידי הבריטים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הסכמי מסגרת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עקרונות מוסכמים שעל פיהם נבנה חוזה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שיקום שכונות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 לשיפור דיור ותשתיות בשכונות מצוקה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ממלכתיות?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העדפת אינטרס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העדפת טובת המדינה על פני אינטרס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מפלגה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נורמליזציה?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ניתוק קשרים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ממושכת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יחסים רגילים כמו שגרירויות וסחר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הטלת סנקציות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עולי הגרדום?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לוחמי מחתרות שהוצאו להורג בידי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חדשים לישראל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 בצבא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פירוז?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הגדלת 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הגבלת כוחות צבאיים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נשק גרעיני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בסיס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גולאג?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עיר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מחנות עבודה בברית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זו האופוזיציה?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שאינם בקואליציה ומבקרים את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זרוע של הצבא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ציון הוא יום שנקבע בחוק לזכר אדם או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שיקום שכונות הוא פרויקט לבניית בסיסים צבאיים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מסגרת הם עקרונות מוסכמים לבניית חוזה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ההפוגה הראשונה התרחשה במלחמת ששת הימים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נורמליזציה פירושה ניתוק מוחלט של יחסים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העדפת טובת המדינה על פני אינטרס של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שאינם בקואליציה ומבקרים את הממשלה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מערכת מחנות העבודה בברית המועצות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פרויקט לשיפור דיור ותשתיות בשכונות מצוקה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עקרונות מוסכמים שעל פיהם נבנה חוזה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הגבלת כוחות צבאיים באזור מסוים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הגבלת כוחות צבאיים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מערכת מחנות עבודה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נורמליזציה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פרויקט לשיפור דיור בשכונות 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העדפת טובת המדינה על פני אינטרס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שיקום שכונות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יחסים רגילים - שגרירויות, סחר ותיירות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ממלכתיות ומדוע היא חשובה למנהיג 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פירוז לנורמליזציה בהקשר של הסכמי שלום?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המסבירה כיצד מושגים כמו ממלכתיות ונורמליזציה קשורים לתהליכי שלום בין מדינות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ממלכתיות?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מהי נורמליזציה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פירוז לגולאג?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מושגים מנהיגות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