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מושגים מנהיגות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מרכזיים הקשורים לפעילותו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מונחים מתחום המדיניות וההיסטוריה של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במושגים בהקשר 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העדפת טובת המדינה על פני אינטרס קבוצתי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יחסים רגילים כמו שגרירויות וסחר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הגבלת כוחות צבאיים באזור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פרויקט לשיפור דיור ותשתיות בשכונות מצוקה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המושג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ממלכתיות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גולאג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 שאינם בקואליציה ומבקרים את הממשלה)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(העדפת טובת המדינה על פני אינטרס 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(יחסים רגילים - שגרירויות, סחר ותיירות)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(הגבלת כוחות צבאיים באזור)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ממלכתיות היא העדפת טובת המדינה כולה על פני אינטרסים צרים, מה שמחזק את האמון הציבורי ואת תפקוד המוסדות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את הקשר בין הערכים הפנימיים (ממלכתיות) לבין תהליכים חיצוניים (נורמליזציה) בדרך להשגת שלום יציב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העדפת טובת המדינה על פני אינטרס קבוצתי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יחסים רגילים בין מדינות - שגרירויות, סחר ותיירות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פירוז הוא הגבלת כוחות צבאיים; גולאג הוא מערכת מחנות עבודה בברית המועצות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להתחיל בהצגת המושגים מהגלוסרי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כל מושג לדוגמה היסטורית קצרה מתקופת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מושגים מנהיגות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הקשורים למנחם בגין ולתקופתו - ממלכתיות, יחסי חוץ, שיקום חברתי והסכמי שלום.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ממלכתיות  ·  אופוזיציה  ·  גולאג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ממלכתיות?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העדפת אינטרס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העדפת טובת המדינה על פני אינטרס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הקמת מפלגה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נורמליזציה ביחסים בין מדינות?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ניתוק קשרים מוחלט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מלחמה ממושכת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יחסים רגילים כמו שגרירויות וסחר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פירוז?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הגדלת כוח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הגבלת כוחות צבאיים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בניית נשק גרעיני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ציון הוא יום שנקבע בחוק לזכר אדם או אירוע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שיקום שכונות הוא פרויקט לבניית בסיסים צבאיים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הסכמי מסגרת הם עקרונות מוסכמים לבניית חוזה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היא העדפת טובת המדינה על פני אינטרס של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שאינם בקואליציה ומבקרים את הממשלה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מערכת מחנות העבודה בברית המועצות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הגבלת כוחות צבאיים באזור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ממלכתיות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יחסים רגילים - שגרירויות, סחר ותיירות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נורמליזציה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 שאינם בקואליציה ומבקרים את הממשלה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פירוז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העדפת טובת המדינה על פני אינטרס 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מהי ממלכתיות ומדוע היא חשובה למנהיג מדינה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המסבירה כיצד מושגים כמו ממלכתיות ונורמליזציה קשורים לתהליכי שלום בין מדינות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ממלכתיות?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מהי נורמליזציה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- מושגים מנהיגות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